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בישראל (כלליות, ארציות, ישירות, שוות, חשאיות, יחסיות)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יום הבחירות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מנומקת בנושא 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לכל אדם יש קול אחד באותו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לבדוק זהות ולארגן את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שמים אותו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כל המדינה היא מחוז בחירה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סודית,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עקרון השוויון 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ועדת הקלפי מוודאת מי 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עקרון הבחירות הארציות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חשאיות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(לכל אזרח בגיל המתאים יש זכות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 המדינה היא מחוז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(הבוחרים מצביעים ישירות למפלגה)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(לכל קול יש אותו 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(מספר המושבים נקבע לפי 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עם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בודקת את הזהות ומסמנת ברשימת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מעטפה וממלאים אותה בפתק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מטילים את המעטפה לתוך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בסיום היום סופרים את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ברור: פתיחה, נימוק בעד, נימוק נגד, סיכום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הבנה שבישירות בוחרים ישירות למפלגה, וביחסיות המושבים מתחלקים לפי אחוז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אף אחד לא יודע למי הצבעת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בודקת זהות ומארגנת את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כלליות - לכל אזרח זכות הצבעה, שוות - לכל קול אותו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ניטרליות פוליטית - להשתמש רק בדוגמאות דמיוניות או כלליות, לא במפלגות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הדמיית בחירות כיתתית עם פתקים וקלפי אמיתית לאחר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נימוק אישי בפריטי הכתיבה ולא רק תשובה עובדתית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עקרונות הבחירות בישראל ואת מה שקורה ביום ההצבעה, מהכניסה לקלפי ועד ספירת הקולות.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עקרון 'הבחירות הן חשאיות'?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מצביעים בפומבי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חברי כנסת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ההצבעה מתבצעת רק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עקרון 'הבחירות הן שוות'?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אדם יש קול אחד באותו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לעשירים יש יותר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מבוגרים מעל גיל 30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מפלגה מקבלת קול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תפקידה של ועדת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זהות ולארגן את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הפתק לפני ההטלה לקלפי?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שמים אותו במעטפה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קורעים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מראים אותו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משמעות 'בחירות ארציות'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עיר בוחרת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המדינה היא מחוז בחירה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הערים הגדולות מצביעות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מפלגה בוחרת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חשאיות כל אחד יודע למי הצביעו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שוות לכל אזרח יש קול אחד באותו משקל.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להצביע בקלפי צריך להציג תעודה מזהה.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כל המדינה היא מחוז בחירה אחד (בחירות ארציות).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הטלת הפתק לקלפי צריך לשים אותו בתוך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להצביע בקלפי צריך להציג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העיקרון שלפיו לכל אזרח יש קול אחד שווה נקרא עקרון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העיקרון שבו איש לא יודע למי הצבעת נקרא עקרון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הבוחרים מצביעים ישירות למפלגה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לכל קול יש אותו 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המדינה היא מחוז בחירה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לכל אזרח בגיל המתאים יש זכות 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היום סופרים את הקולות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מעטפה וממלאים אותה בפתק הבחירה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בודקת את הזהות ומסמנת ברשימת הבוחרים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לקלפי עם תעודה מזהה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מטילים את המעטפה לתוך הקלפי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ההצבעה בבחירות צריכה להיות חובה? הציגו נימוק בעד ונימוק נגד.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בחירות ישירות לבחירות יחסיות,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עקרון החשאיות בבחירות?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תפקידה של ועדת הקלפי?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בחירות כלליות לבחירות שוות?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