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הבחירות בישראל (כלליות, ארציות, ישירות, שוות, חשאיות, יחסיות)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יום הבחירות בקלפי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עמדה מנומקת בנושא אזרחי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אף אחד לא יודע למי הצבעת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לכל אדם יש קול אחד באותו 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לבדוק זהות ולארגן את ההצבעה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ההצבעה סודית, אף אחד לא יודע למי הצבעת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עקרון השוויון בבחירות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תעודה מזהה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(לכל אזרח בגיל המתאים יש זכות 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(כל המדינה היא מחוז בחירה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(הבוחרים מצביעים ישירות למפלגה)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(לכל קול יש אותו משקל)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יום הבחירות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לקלפי עם תעודה מזהה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ועדת הקלפי בודקת את הזהות ומסמנת ברשימת הבוחרים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מקבלים מעטפה וממלאים אותה בפתק הבחירה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מטילים את המעטפה לתוך הקלפי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הבנה שבישירות בוחרים ישירות למפלגה, וביחסיות המושבים מתחלקים לפי אחוז הקולות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אף אחד לא יודע למי הצבעת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בודקת זהות ומארגנת את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כלליות - לכל אזרח זכות הצבעה, שוות - לכל קול אותו 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לשמור על ניטרליות פוליטית - להשתמש רק בדוגמאות דמיוניות או כלליות, לא במפלגות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הדמיית בחירות כיתתית עם פתקים וקלפי אמיתית לאחר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נימוק אישי בפריטי הכתיבה ולא רק תשובה עובדתית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עקרונות הבחירות בישראל ואת מה שקורה ביום ההצבעה, מהכניסה לקלפי ועד ספירת הקולות.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תעודה מזהה  ·  מעטפה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עקרון 'הבחירות הן חשאיות'?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אנשים מצביעים בפומבי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אף אחד לא יודע למי הצבעת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חברי כנסת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עקרון 'הבחירות הן שוות'?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לכל אדם יש קול אחד באותו 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לעשירים יש יותר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מבוגרים מעל גיל 30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תפקידה של ועדת הקלפי?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לכתוב את הפתקים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לבדוק זהות ולארגן את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לבחור את ראש הממשלה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בבחירות חשאיות כל אחד יודע למי הצביעו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בבחירות שוות לכל אזרח יש קול אחד באותו משקל.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הטלת הפתק לקלפי צריך לשים אותו בתוך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להצביע בקלפי צריך להציג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 המדינה היא מחוז בחירה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ארציות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הבוחרים מצביעים ישירות למפלגה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ישירות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לכל קול יש אותו משקל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לכל אזרח בגיל המתאים יש זכות הצבעה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יום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מקבלים מעטפה וממלאים אותה בפתק הבחירה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מטילים את המעטפה לתוך הקלפי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מגיעים לקלפי עם תעודה מזהה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ועדת הקלפי בודקת את הזהות ומסמנת ברשימת הבוחרים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את ההבדל בין בחירות ישירות לבחירות יחסיות, ותנו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עקרון החשאיות בבחירות?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תפקידה של ועדת הקלפי?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בחירות ודמוקרטיה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